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120"/>
        <w:gridCol w:w="3120"/>
        <w:gridCol w:w="3120"/>
      </w:tblGrid>
      <w:tr w:rsidR="00B74FB6" w:rsidRPr="006F68E9">
        <w:tc>
          <w:tcPr>
            <w:tcW w:w="3120" w:type="dxa"/>
          </w:tcPr>
          <w:p w:rsidR="00B74FB6" w:rsidRPr="006F68E9" w:rsidRDefault="0084449D">
            <w:pPr>
              <w:rPr>
                <w:rFonts w:ascii="Arial" w:hAnsi="Arial" w:cs="Arial"/>
              </w:rPr>
            </w:pPr>
            <w:r w:rsidRPr="006F68E9">
              <w:rPr>
                <w:rFonts w:ascii="Arial" w:hAnsi="Arial" w:cs="Arial"/>
                <w:b/>
                <w:sz w:val="18"/>
                <w:lang w:val="it-IT"/>
              </w:rPr>
              <w:t xml:space="preserve">[LOGO ISTITUTO </w:t>
            </w:r>
            <w:proofErr w:type="spellStart"/>
            <w:r w:rsidRPr="006F68E9">
              <w:rPr>
                <w:rFonts w:ascii="Arial" w:hAnsi="Arial" w:cs="Arial"/>
                <w:b/>
                <w:sz w:val="18"/>
                <w:lang w:val="it-IT"/>
              </w:rPr>
              <w:t>I.B.A.</w:t>
            </w:r>
            <w:proofErr w:type="spellEnd"/>
            <w:r w:rsidRPr="006F68E9">
              <w:rPr>
                <w:rFonts w:ascii="Arial" w:hAnsi="Arial" w:cs="Arial"/>
                <w:b/>
                <w:sz w:val="18"/>
                <w:lang w:val="it-IT"/>
              </w:rPr>
              <w:t>]</w:t>
            </w:r>
            <w:r w:rsidRPr="006F68E9">
              <w:rPr>
                <w:rFonts w:ascii="Arial" w:hAnsi="Arial" w:cs="Arial"/>
                <w:i/>
                <w:sz w:val="18"/>
                <w:lang w:val="it-IT"/>
              </w:rPr>
              <w:br/>
            </w:r>
            <w:r w:rsidRPr="006F68E9">
              <w:rPr>
                <w:rFonts w:ascii="Arial" w:hAnsi="Arial" w:cs="Arial"/>
                <w:i/>
                <w:sz w:val="18"/>
              </w:rPr>
              <w:t>(</w:t>
            </w:r>
            <w:proofErr w:type="spellStart"/>
            <w:r w:rsidRPr="006F68E9">
              <w:rPr>
                <w:rFonts w:ascii="Arial" w:hAnsi="Arial" w:cs="Arial"/>
                <w:i/>
                <w:sz w:val="18"/>
              </w:rPr>
              <w:t>Allineato</w:t>
            </w:r>
            <w:proofErr w:type="spellEnd"/>
            <w:r w:rsidRPr="006F68E9">
              <w:rPr>
                <w:rFonts w:ascii="Arial" w:hAnsi="Arial" w:cs="Arial"/>
                <w:i/>
                <w:sz w:val="18"/>
              </w:rPr>
              <w:t xml:space="preserve"> a </w:t>
            </w:r>
            <w:proofErr w:type="spellStart"/>
            <w:r w:rsidRPr="006F68E9">
              <w:rPr>
                <w:rFonts w:ascii="Arial" w:hAnsi="Arial" w:cs="Arial"/>
                <w:i/>
                <w:sz w:val="18"/>
              </w:rPr>
              <w:t>sinistra</w:t>
            </w:r>
            <w:proofErr w:type="spellEnd"/>
            <w:r w:rsidRPr="006F68E9">
              <w:rPr>
                <w:rFonts w:ascii="Arial" w:hAnsi="Arial" w:cs="Arial"/>
                <w:i/>
                <w:sz w:val="18"/>
              </w:rPr>
              <w:t>)</w:t>
            </w:r>
          </w:p>
        </w:tc>
        <w:tc>
          <w:tcPr>
            <w:tcW w:w="3120" w:type="dxa"/>
          </w:tcPr>
          <w:p w:rsidR="00B74FB6" w:rsidRPr="006F68E9" w:rsidRDefault="0084449D">
            <w:pPr>
              <w:jc w:val="center"/>
              <w:rPr>
                <w:rFonts w:ascii="Arial" w:hAnsi="Arial" w:cs="Arial"/>
                <w:lang w:val="it-IT"/>
              </w:rPr>
            </w:pPr>
            <w:r w:rsidRPr="006F68E9">
              <w:rPr>
                <w:rFonts w:ascii="Arial" w:hAnsi="Arial" w:cs="Arial"/>
                <w:b/>
                <w:sz w:val="18"/>
                <w:lang w:val="it-IT"/>
              </w:rPr>
              <w:t>[LOGO SCUOLA BIOQUANTICA]</w:t>
            </w:r>
            <w:r w:rsidRPr="006F68E9">
              <w:rPr>
                <w:rFonts w:ascii="Arial" w:hAnsi="Arial" w:cs="Arial"/>
                <w:i/>
                <w:sz w:val="18"/>
                <w:lang w:val="it-IT"/>
              </w:rPr>
              <w:br/>
              <w:t>(Allineato al centro)</w:t>
            </w:r>
          </w:p>
        </w:tc>
        <w:tc>
          <w:tcPr>
            <w:tcW w:w="3120" w:type="dxa"/>
          </w:tcPr>
          <w:p w:rsidR="00B74FB6" w:rsidRPr="006F68E9" w:rsidRDefault="0084449D">
            <w:pPr>
              <w:jc w:val="right"/>
              <w:rPr>
                <w:rFonts w:ascii="Arial" w:hAnsi="Arial" w:cs="Arial"/>
                <w:lang w:val="it-IT"/>
              </w:rPr>
            </w:pPr>
            <w:r w:rsidRPr="006F68E9">
              <w:rPr>
                <w:rFonts w:ascii="Arial" w:hAnsi="Arial" w:cs="Arial"/>
                <w:b/>
                <w:sz w:val="18"/>
                <w:lang w:val="it-IT"/>
              </w:rPr>
              <w:t>[LOGO COMUNITÀ EUROPEA]</w:t>
            </w:r>
            <w:r w:rsidRPr="006F68E9">
              <w:rPr>
                <w:rFonts w:ascii="Arial" w:hAnsi="Arial" w:cs="Arial"/>
                <w:i/>
                <w:sz w:val="18"/>
                <w:lang w:val="it-IT"/>
              </w:rPr>
              <w:br/>
              <w:t>(Allineato a destra)</w:t>
            </w:r>
          </w:p>
        </w:tc>
      </w:tr>
    </w:tbl>
    <w:p w:rsidR="00B74FB6" w:rsidRPr="006F68E9" w:rsidRDefault="0084449D">
      <w:pPr>
        <w:spacing w:before="800" w:after="80" w:line="360" w:lineRule="auto"/>
        <w:jc w:val="center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sz w:val="28"/>
          <w:lang w:val="it-IT"/>
        </w:rPr>
        <w:t xml:space="preserve">ISTITUTO </w:t>
      </w:r>
      <w:proofErr w:type="spellStart"/>
      <w:r w:rsidRPr="006F68E9">
        <w:rPr>
          <w:rFonts w:ascii="Arial" w:hAnsi="Arial" w:cs="Arial"/>
          <w:b/>
          <w:sz w:val="28"/>
          <w:lang w:val="it-IT"/>
        </w:rPr>
        <w:t>DI</w:t>
      </w:r>
      <w:proofErr w:type="spellEnd"/>
      <w:r w:rsidRPr="006F68E9">
        <w:rPr>
          <w:rFonts w:ascii="Arial" w:hAnsi="Arial" w:cs="Arial"/>
          <w:b/>
          <w:sz w:val="28"/>
          <w:lang w:val="it-IT"/>
        </w:rPr>
        <w:t xml:space="preserve"> BIOQUANTICA APPLICATA (</w:t>
      </w:r>
      <w:proofErr w:type="spellStart"/>
      <w:r w:rsidRPr="006F68E9">
        <w:rPr>
          <w:rFonts w:ascii="Arial" w:hAnsi="Arial" w:cs="Arial"/>
          <w:b/>
          <w:sz w:val="28"/>
          <w:lang w:val="it-IT"/>
        </w:rPr>
        <w:t>I.B.A.</w:t>
      </w:r>
      <w:proofErr w:type="spellEnd"/>
      <w:r w:rsidRPr="006F68E9">
        <w:rPr>
          <w:rFonts w:ascii="Arial" w:hAnsi="Arial" w:cs="Arial"/>
          <w:b/>
          <w:sz w:val="28"/>
          <w:lang w:val="it-IT"/>
        </w:rPr>
        <w:t>)</w:t>
      </w:r>
    </w:p>
    <w:p w:rsidR="00B74FB6" w:rsidRPr="006F68E9" w:rsidRDefault="0084449D">
      <w:pPr>
        <w:spacing w:after="960" w:line="360" w:lineRule="auto"/>
        <w:jc w:val="center"/>
        <w:rPr>
          <w:rFonts w:ascii="Arial" w:hAnsi="Arial" w:cs="Arial"/>
          <w:u w:val="single"/>
          <w:lang w:val="it-IT"/>
        </w:rPr>
      </w:pPr>
      <w:r w:rsidRPr="006F68E9">
        <w:rPr>
          <w:rFonts w:ascii="Arial" w:hAnsi="Arial" w:cs="Arial"/>
          <w:i/>
          <w:u w:val="single"/>
          <w:lang w:val="it-IT"/>
        </w:rPr>
        <w:t>Scuola di Formazione BioQuantica</w:t>
      </w:r>
    </w:p>
    <w:p w:rsidR="00B74FB6" w:rsidRPr="006F68E9" w:rsidRDefault="0084449D">
      <w:pPr>
        <w:spacing w:after="240" w:line="360" w:lineRule="auto"/>
        <w:jc w:val="center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sz w:val="28"/>
          <w:lang w:val="it-IT"/>
        </w:rPr>
        <w:t xml:space="preserve">MASTER </w:t>
      </w:r>
      <w:proofErr w:type="spellStart"/>
      <w:r w:rsidRPr="006F68E9">
        <w:rPr>
          <w:rFonts w:ascii="Arial" w:hAnsi="Arial" w:cs="Arial"/>
          <w:b/>
          <w:sz w:val="28"/>
          <w:lang w:val="it-IT"/>
        </w:rPr>
        <w:t>DI</w:t>
      </w:r>
      <w:proofErr w:type="spellEnd"/>
      <w:r w:rsidRPr="006F68E9">
        <w:rPr>
          <w:rFonts w:ascii="Arial" w:hAnsi="Arial" w:cs="Arial"/>
          <w:b/>
          <w:sz w:val="28"/>
          <w:lang w:val="it-IT"/>
        </w:rPr>
        <w:t xml:space="preserve"> II LIVELLO IN SCIENZE </w:t>
      </w:r>
      <w:r w:rsidRPr="006F68E9">
        <w:rPr>
          <w:rFonts w:ascii="Arial" w:hAnsi="Arial" w:cs="Arial"/>
          <w:b/>
          <w:sz w:val="28"/>
          <w:lang w:val="it-IT"/>
        </w:rPr>
        <w:t>QUANTISTICHE E DELLA SALUTE</w:t>
      </w:r>
    </w:p>
    <w:p w:rsidR="00B74FB6" w:rsidRPr="006F68E9" w:rsidRDefault="0084449D">
      <w:pPr>
        <w:spacing w:after="1200" w:line="360" w:lineRule="auto"/>
        <w:jc w:val="center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Anno Accademico 2026/2027</w:t>
      </w:r>
    </w:p>
    <w:p w:rsidR="00B74FB6" w:rsidRPr="006F68E9" w:rsidRDefault="0084449D">
      <w:pPr>
        <w:spacing w:after="120" w:line="360" w:lineRule="auto"/>
        <w:jc w:val="center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sz w:val="28"/>
          <w:lang w:val="it-IT"/>
        </w:rPr>
        <w:t>ELABORATO FINALE</w:t>
      </w:r>
    </w:p>
    <w:p w:rsidR="00B74FB6" w:rsidRPr="006F68E9" w:rsidRDefault="0084449D">
      <w:pPr>
        <w:spacing w:after="720" w:line="360" w:lineRule="auto"/>
        <w:jc w:val="center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i/>
          <w:lang w:val="it-IT"/>
        </w:rPr>
        <w:t>(Tesi di Master / Project Work)</w:t>
      </w:r>
    </w:p>
    <w:p w:rsidR="00B74FB6" w:rsidRPr="006F68E9" w:rsidRDefault="0084449D">
      <w:pPr>
        <w:spacing w:after="240" w:line="360" w:lineRule="auto"/>
        <w:jc w:val="center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sz w:val="32"/>
          <w:lang w:val="it-IT"/>
        </w:rPr>
        <w:t>TITOLO DELL'ELABORATO FINALE IN MAIUSCOLO</w:t>
      </w:r>
    </w:p>
    <w:p w:rsidR="00B74FB6" w:rsidRPr="006F68E9" w:rsidRDefault="0084449D">
      <w:pPr>
        <w:spacing w:after="1440" w:line="360" w:lineRule="auto"/>
        <w:jc w:val="center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i/>
          <w:lang w:val="it-IT"/>
        </w:rPr>
        <w:t>Eventuale sottotitolo o focus della ricerca svolta dal candidato</w:t>
      </w:r>
    </w:p>
    <w:tbl>
      <w:tblPr>
        <w:tblW w:w="0" w:type="auto"/>
        <w:tblLayout w:type="fixed"/>
        <w:tblLook w:val="04A0"/>
      </w:tblPr>
      <w:tblGrid>
        <w:gridCol w:w="4680"/>
        <w:gridCol w:w="4680"/>
      </w:tblGrid>
      <w:tr w:rsidR="00B74FB6" w:rsidRPr="006F68E9">
        <w:tc>
          <w:tcPr>
            <w:tcW w:w="4680" w:type="dxa"/>
          </w:tcPr>
          <w:p w:rsidR="00B74FB6" w:rsidRPr="006F68E9" w:rsidRDefault="0084449D">
            <w:pPr>
              <w:rPr>
                <w:rFonts w:ascii="Arial" w:hAnsi="Arial" w:cs="Arial"/>
              </w:rPr>
            </w:pPr>
            <w:r w:rsidRPr="006F68E9">
              <w:rPr>
                <w:rFonts w:ascii="Arial" w:hAnsi="Arial" w:cs="Arial"/>
                <w:b/>
                <w:lang w:val="it-IT"/>
              </w:rPr>
              <w:t>Relatore:</w:t>
            </w:r>
            <w:r w:rsidRPr="006F68E9">
              <w:rPr>
                <w:rFonts w:ascii="Arial" w:hAnsi="Arial" w:cs="Arial"/>
                <w:b/>
                <w:lang w:val="it-IT"/>
              </w:rPr>
              <w:br/>
            </w:r>
            <w:r w:rsidRPr="006F68E9">
              <w:rPr>
                <w:rFonts w:ascii="Arial" w:hAnsi="Arial" w:cs="Arial"/>
                <w:lang w:val="it-IT"/>
              </w:rPr>
              <w:t>Chiar.mo Prof. [Nome Cognome]</w:t>
            </w:r>
            <w:r w:rsidRPr="006F68E9">
              <w:rPr>
                <w:rFonts w:ascii="Arial" w:hAnsi="Arial" w:cs="Arial"/>
                <w:lang w:val="it-IT"/>
              </w:rPr>
              <w:br/>
            </w:r>
            <w:r w:rsidRPr="006F68E9">
              <w:rPr>
                <w:rFonts w:ascii="Arial" w:hAnsi="Arial" w:cs="Arial"/>
                <w:lang w:val="it-IT"/>
              </w:rPr>
              <w:br/>
            </w:r>
            <w:r w:rsidRPr="006F68E9">
              <w:rPr>
                <w:rFonts w:ascii="Arial" w:hAnsi="Arial" w:cs="Arial"/>
                <w:b/>
                <w:lang w:val="it-IT"/>
              </w:rPr>
              <w:t>Correlatore:</w:t>
            </w:r>
            <w:r w:rsidRPr="006F68E9">
              <w:rPr>
                <w:rFonts w:ascii="Arial" w:hAnsi="Arial" w:cs="Arial"/>
                <w:b/>
                <w:lang w:val="it-IT"/>
              </w:rPr>
              <w:br/>
            </w:r>
            <w:r w:rsidRPr="006F68E9">
              <w:rPr>
                <w:rFonts w:ascii="Arial" w:hAnsi="Arial" w:cs="Arial"/>
                <w:lang w:val="it-IT"/>
              </w:rPr>
              <w:t xml:space="preserve">Chiar.mo Prof. </w:t>
            </w:r>
            <w:r w:rsidRPr="006F68E9">
              <w:rPr>
                <w:rFonts w:ascii="Arial" w:hAnsi="Arial" w:cs="Arial"/>
              </w:rPr>
              <w:t xml:space="preserve">[Nome </w:t>
            </w:r>
            <w:proofErr w:type="spellStart"/>
            <w:r w:rsidRPr="006F68E9">
              <w:rPr>
                <w:rFonts w:ascii="Arial" w:hAnsi="Arial" w:cs="Arial"/>
              </w:rPr>
              <w:t>Cognome</w:t>
            </w:r>
            <w:proofErr w:type="spellEnd"/>
            <w:r w:rsidRPr="006F68E9">
              <w:rPr>
                <w:rFonts w:ascii="Arial" w:hAnsi="Arial" w:cs="Arial"/>
              </w:rPr>
              <w:t xml:space="preserve">] </w:t>
            </w:r>
            <w:r w:rsidR="006F68E9" w:rsidRPr="006F68E9">
              <w:rPr>
                <w:rFonts w:ascii="Arial" w:hAnsi="Arial" w:cs="Arial"/>
              </w:rPr>
              <w:t xml:space="preserve">                 </w:t>
            </w:r>
            <w:r w:rsidRPr="006F68E9">
              <w:rPr>
                <w:rFonts w:ascii="Arial" w:hAnsi="Arial" w:cs="Arial"/>
              </w:rPr>
              <w:t xml:space="preserve">(se </w:t>
            </w:r>
            <w:proofErr w:type="spellStart"/>
            <w:r w:rsidRPr="006F68E9">
              <w:rPr>
                <w:rFonts w:ascii="Arial" w:hAnsi="Arial" w:cs="Arial"/>
              </w:rPr>
              <w:t>presente</w:t>
            </w:r>
            <w:proofErr w:type="spellEnd"/>
            <w:r w:rsidRPr="006F68E9">
              <w:rPr>
                <w:rFonts w:ascii="Arial" w:hAnsi="Arial" w:cs="Arial"/>
              </w:rPr>
              <w:t>)</w:t>
            </w:r>
          </w:p>
        </w:tc>
        <w:tc>
          <w:tcPr>
            <w:tcW w:w="4680" w:type="dxa"/>
          </w:tcPr>
          <w:p w:rsidR="00B74FB6" w:rsidRPr="006F68E9" w:rsidRDefault="0084449D">
            <w:pPr>
              <w:jc w:val="right"/>
              <w:rPr>
                <w:rFonts w:ascii="Arial" w:hAnsi="Arial" w:cs="Arial"/>
                <w:lang w:val="it-IT"/>
              </w:rPr>
            </w:pPr>
            <w:r w:rsidRPr="006F68E9">
              <w:rPr>
                <w:rFonts w:ascii="Arial" w:hAnsi="Arial" w:cs="Arial"/>
                <w:b/>
                <w:lang w:val="it-IT"/>
              </w:rPr>
              <w:t>Candidato:</w:t>
            </w:r>
            <w:r w:rsidRPr="006F68E9">
              <w:rPr>
                <w:rFonts w:ascii="Arial" w:hAnsi="Arial" w:cs="Arial"/>
                <w:b/>
                <w:lang w:val="it-IT"/>
              </w:rPr>
              <w:br/>
            </w:r>
            <w:r w:rsidRPr="006F68E9">
              <w:rPr>
                <w:rFonts w:ascii="Arial" w:hAnsi="Arial" w:cs="Arial"/>
                <w:lang w:val="it-IT"/>
              </w:rPr>
              <w:t>[Nome Cognome]</w:t>
            </w:r>
            <w:r w:rsidRPr="006F68E9">
              <w:rPr>
                <w:rFonts w:ascii="Arial" w:hAnsi="Arial" w:cs="Arial"/>
                <w:lang w:val="it-IT"/>
              </w:rPr>
              <w:br/>
            </w:r>
            <w:r w:rsidRPr="006F68E9">
              <w:rPr>
                <w:rFonts w:ascii="Arial" w:hAnsi="Arial" w:cs="Arial"/>
                <w:lang w:val="it-IT"/>
              </w:rPr>
              <w:br/>
            </w:r>
            <w:r w:rsidRPr="006F68E9">
              <w:rPr>
                <w:rFonts w:ascii="Arial" w:hAnsi="Arial" w:cs="Arial"/>
                <w:b/>
                <w:lang w:val="it-IT"/>
              </w:rPr>
              <w:t>Matricola:</w:t>
            </w:r>
            <w:r w:rsidRPr="006F68E9">
              <w:rPr>
                <w:rFonts w:ascii="Arial" w:hAnsi="Arial" w:cs="Arial"/>
                <w:b/>
                <w:lang w:val="it-IT"/>
              </w:rPr>
              <w:br/>
            </w:r>
            <w:r w:rsidRPr="006F68E9">
              <w:rPr>
                <w:rFonts w:ascii="Arial" w:hAnsi="Arial" w:cs="Arial"/>
                <w:lang w:val="it-IT"/>
              </w:rPr>
              <w:t>[Numero Matricola]</w:t>
            </w:r>
          </w:p>
        </w:tc>
      </w:tr>
    </w:tbl>
    <w:p w:rsidR="00B74FB6" w:rsidRPr="0084449D" w:rsidRDefault="0084449D">
      <w:pPr>
        <w:spacing w:before="1600" w:after="0" w:line="360" w:lineRule="auto"/>
        <w:jc w:val="center"/>
        <w:rPr>
          <w:rFonts w:ascii="Arial" w:hAnsi="Arial" w:cs="Arial"/>
          <w:sz w:val="22"/>
          <w:u w:val="single"/>
          <w:lang w:val="it-IT"/>
        </w:rPr>
      </w:pPr>
      <w:r w:rsidRPr="0084449D">
        <w:rPr>
          <w:rFonts w:ascii="Arial" w:hAnsi="Arial" w:cs="Arial"/>
          <w:sz w:val="22"/>
          <w:u w:val="single"/>
          <w:lang w:val="it-IT"/>
        </w:rPr>
        <w:t>Sessione di Dissertazione Online - Mese Anno</w:t>
      </w:r>
    </w:p>
    <w:p w:rsidR="006F68E9" w:rsidRPr="006F68E9" w:rsidRDefault="006F68E9">
      <w:pPr>
        <w:spacing w:before="1600" w:after="0" w:line="360" w:lineRule="auto"/>
        <w:jc w:val="center"/>
        <w:rPr>
          <w:rFonts w:ascii="Arial" w:hAnsi="Arial" w:cs="Arial"/>
          <w:lang w:val="it-IT"/>
        </w:rPr>
      </w:pPr>
    </w:p>
    <w:p w:rsidR="00B74FB6" w:rsidRPr="006F68E9" w:rsidRDefault="0084449D">
      <w:pPr>
        <w:spacing w:after="360" w:line="360" w:lineRule="auto"/>
        <w:jc w:val="center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sz w:val="28"/>
          <w:lang w:val="it-IT"/>
        </w:rPr>
        <w:t>LINEE GUIDA E REGOLAMENTO PER L'ELABORATO FINALE</w:t>
      </w:r>
    </w:p>
    <w:p w:rsidR="00B74FB6" w:rsidRPr="006F68E9" w:rsidRDefault="0084449D">
      <w:pPr>
        <w:spacing w:after="24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L’ottenimento del titolo di Master di II live</w:t>
      </w:r>
      <w:r w:rsidRPr="006F68E9">
        <w:rPr>
          <w:rFonts w:ascii="Arial" w:hAnsi="Arial" w:cs="Arial"/>
          <w:lang w:val="it-IT"/>
        </w:rPr>
        <w:t>llo è subordinato alla presentazione e alla discussione di un elaborato scritto (tesi/project work) che dimostri la maturità scientifica e le competenze professionali acquisite dal candidato durante il percorso formativo svolto presso l'Istituto di BioQuan</w:t>
      </w:r>
      <w:r w:rsidRPr="006F68E9">
        <w:rPr>
          <w:rFonts w:ascii="Arial" w:hAnsi="Arial" w:cs="Arial"/>
          <w:lang w:val="it-IT"/>
        </w:rPr>
        <w:t>tica Applicata.</w:t>
      </w:r>
    </w:p>
    <w:p w:rsidR="00B74FB6" w:rsidRPr="006F68E9" w:rsidRDefault="0084449D">
      <w:pPr>
        <w:spacing w:before="240" w:after="12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sz w:val="26"/>
          <w:lang w:val="it-IT"/>
        </w:rPr>
        <w:t>1. Estensione e Contenuto del Testo</w:t>
      </w:r>
    </w:p>
    <w:p w:rsidR="00B74FB6" w:rsidRPr="006F68E9" w:rsidRDefault="0084449D">
      <w:pPr>
        <w:spacing w:after="12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Per garantire l'omogeneità della valutazione e l'efficacia metodologica, l'elaborato deve rispettare rigorosamente i seguenti parametri:</w:t>
      </w:r>
    </w:p>
    <w:p w:rsidR="00B74FB6" w:rsidRPr="006F68E9" w:rsidRDefault="0084449D">
      <w:pPr>
        <w:pStyle w:val="Puntoelenco"/>
        <w:spacing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lang w:val="it-IT"/>
        </w:rPr>
        <w:t xml:space="preserve">Lunghezza del testo: </w:t>
      </w:r>
      <w:r w:rsidRPr="006F68E9">
        <w:rPr>
          <w:rFonts w:ascii="Arial" w:hAnsi="Arial" w:cs="Arial"/>
          <w:lang w:val="it-IT"/>
        </w:rPr>
        <w:t>Compresa tassativamente tra 10.000 e 15.000 pa</w:t>
      </w:r>
      <w:r w:rsidRPr="006F68E9">
        <w:rPr>
          <w:rFonts w:ascii="Arial" w:hAnsi="Arial" w:cs="Arial"/>
          <w:lang w:val="it-IT"/>
        </w:rPr>
        <w:t>role (note incluse; bibliografia ed eventuali allegati rigorosamente esclusi dal computo).</w:t>
      </w:r>
    </w:p>
    <w:p w:rsidR="00B74FB6" w:rsidRPr="006F68E9" w:rsidRDefault="0084449D">
      <w:pPr>
        <w:pStyle w:val="Puntoelenco"/>
        <w:spacing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lang w:val="it-IT"/>
        </w:rPr>
        <w:t xml:space="preserve">Elementi visivi: </w:t>
      </w:r>
      <w:r w:rsidRPr="006F68E9">
        <w:rPr>
          <w:rFonts w:ascii="Arial" w:hAnsi="Arial" w:cs="Arial"/>
          <w:lang w:val="it-IT"/>
        </w:rPr>
        <w:t>Grafici, tabelle, schemi o immagini sono considerati esclusivamente elementi di supporto illustrativo e non concorrono in alcun modo al conteggio de</w:t>
      </w:r>
      <w:r w:rsidRPr="006F68E9">
        <w:rPr>
          <w:rFonts w:ascii="Arial" w:hAnsi="Arial" w:cs="Arial"/>
          <w:lang w:val="it-IT"/>
        </w:rPr>
        <w:t>lle parole totali.</w:t>
      </w:r>
    </w:p>
    <w:p w:rsidR="00B74FB6" w:rsidRPr="006F68E9" w:rsidRDefault="0084449D">
      <w:pPr>
        <w:spacing w:before="240" w:after="12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sz w:val="26"/>
          <w:lang w:val="it-IT"/>
        </w:rPr>
        <w:t>2. Criteri di Formattazione Standard (</w:t>
      </w:r>
      <w:r w:rsidRPr="006F68E9">
        <w:rPr>
          <w:rFonts w:ascii="Arial" w:hAnsi="Arial" w:cs="Arial"/>
          <w:b/>
          <w:i/>
          <w:sz w:val="26"/>
          <w:lang w:val="it-IT"/>
        </w:rPr>
        <w:t>Layout</w:t>
      </w:r>
      <w:r w:rsidRPr="006F68E9">
        <w:rPr>
          <w:rFonts w:ascii="Arial" w:hAnsi="Arial" w:cs="Arial"/>
          <w:b/>
          <w:sz w:val="26"/>
          <w:lang w:val="it-IT"/>
        </w:rPr>
        <w:t>)</w:t>
      </w:r>
    </w:p>
    <w:p w:rsidR="00B74FB6" w:rsidRPr="006F68E9" w:rsidRDefault="0084449D">
      <w:pPr>
        <w:spacing w:after="12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Il documento deve essere redatto seguendo in modo preciso i seguenti parametri editoriali:</w:t>
      </w:r>
    </w:p>
    <w:p w:rsidR="00B74FB6" w:rsidRPr="006F68E9" w:rsidRDefault="0084449D">
      <w:pPr>
        <w:pStyle w:val="Puntoelenco"/>
        <w:spacing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lang w:val="it-IT"/>
        </w:rPr>
        <w:t xml:space="preserve">Carattere (Font): </w:t>
      </w:r>
      <w:proofErr w:type="spellStart"/>
      <w:r w:rsidRPr="006F68E9">
        <w:rPr>
          <w:rFonts w:ascii="Arial" w:hAnsi="Arial" w:cs="Arial"/>
          <w:lang w:val="it-IT"/>
        </w:rPr>
        <w:t>Times</w:t>
      </w:r>
      <w:proofErr w:type="spellEnd"/>
      <w:r w:rsidRPr="006F68E9">
        <w:rPr>
          <w:rFonts w:ascii="Arial" w:hAnsi="Arial" w:cs="Arial"/>
          <w:lang w:val="it-IT"/>
        </w:rPr>
        <w:t xml:space="preserve"> New Roman o </w:t>
      </w:r>
      <w:proofErr w:type="spellStart"/>
      <w:r w:rsidRPr="006F68E9">
        <w:rPr>
          <w:rFonts w:ascii="Arial" w:hAnsi="Arial" w:cs="Arial"/>
          <w:lang w:val="it-IT"/>
        </w:rPr>
        <w:t>Arial</w:t>
      </w:r>
      <w:proofErr w:type="spellEnd"/>
      <w:r w:rsidRPr="006F68E9">
        <w:rPr>
          <w:rFonts w:ascii="Arial" w:hAnsi="Arial" w:cs="Arial"/>
          <w:lang w:val="it-IT"/>
        </w:rPr>
        <w:t xml:space="preserve">, dimensione 12 pt per il testo principale (10 pt per le </w:t>
      </w:r>
      <w:r w:rsidRPr="006F68E9">
        <w:rPr>
          <w:rFonts w:ascii="Arial" w:hAnsi="Arial" w:cs="Arial"/>
          <w:lang w:val="it-IT"/>
        </w:rPr>
        <w:t>note a piè di pagina).</w:t>
      </w:r>
    </w:p>
    <w:p w:rsidR="00B74FB6" w:rsidRPr="006F68E9" w:rsidRDefault="0084449D">
      <w:pPr>
        <w:pStyle w:val="Puntoelenco"/>
        <w:spacing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lang w:val="it-IT"/>
        </w:rPr>
        <w:t xml:space="preserve">Interlinea e allineamento: </w:t>
      </w:r>
      <w:r w:rsidRPr="006F68E9">
        <w:rPr>
          <w:rFonts w:ascii="Arial" w:hAnsi="Arial" w:cs="Arial"/>
          <w:lang w:val="it-IT"/>
        </w:rPr>
        <w:t>Interlinea impostata a 1,5 linee; testo con allineamento giustificato.</w:t>
      </w:r>
    </w:p>
    <w:p w:rsidR="00B74FB6" w:rsidRPr="006F68E9" w:rsidRDefault="0084449D">
      <w:pPr>
        <w:pStyle w:val="Puntoelenco"/>
        <w:spacing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lang w:val="it-IT"/>
        </w:rPr>
        <w:t xml:space="preserve">Margini di pagina: </w:t>
      </w:r>
      <w:r w:rsidRPr="006F68E9">
        <w:rPr>
          <w:rFonts w:ascii="Arial" w:hAnsi="Arial" w:cs="Arial"/>
          <w:lang w:val="it-IT"/>
        </w:rPr>
        <w:t>2,5 cm per tutti i lati (superiore, inferiore, destro, sinistro).</w:t>
      </w:r>
    </w:p>
    <w:p w:rsidR="00B74FB6" w:rsidRPr="006F68E9" w:rsidRDefault="0084449D">
      <w:pPr>
        <w:spacing w:before="240" w:after="12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sz w:val="26"/>
          <w:lang w:val="it-IT"/>
        </w:rPr>
        <w:t>3. Struttura dell'Elaborato</w:t>
      </w:r>
    </w:p>
    <w:p w:rsidR="00B74FB6" w:rsidRPr="006F68E9" w:rsidRDefault="0084449D">
      <w:pPr>
        <w:spacing w:after="12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u w:val="single"/>
          <w:lang w:val="it-IT"/>
        </w:rPr>
        <w:t xml:space="preserve">Ogni tesi deve essere </w:t>
      </w:r>
      <w:r w:rsidRPr="006F68E9">
        <w:rPr>
          <w:rFonts w:ascii="Arial" w:hAnsi="Arial" w:cs="Arial"/>
          <w:u w:val="single"/>
          <w:lang w:val="it-IT"/>
        </w:rPr>
        <w:t>organizzata secondo la struttura accademica standard sotto riportata</w:t>
      </w:r>
      <w:r w:rsidRPr="006F68E9">
        <w:rPr>
          <w:rFonts w:ascii="Arial" w:hAnsi="Arial" w:cs="Arial"/>
          <w:lang w:val="it-IT"/>
        </w:rPr>
        <w:t>:</w:t>
      </w:r>
    </w:p>
    <w:p w:rsidR="00B74FB6" w:rsidRPr="006F68E9" w:rsidRDefault="0084449D">
      <w:pPr>
        <w:spacing w:after="120"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1. Frontespizio: Secondo il modello ufficiale predisposto nella prima pagina di questo documento.</w:t>
      </w:r>
      <w:r w:rsidRPr="006F68E9">
        <w:rPr>
          <w:rFonts w:ascii="Arial" w:hAnsi="Arial" w:cs="Arial"/>
          <w:lang w:val="it-IT"/>
        </w:rPr>
        <w:br/>
        <w:t xml:space="preserve">2. Indice (Sommario): Con indicazione precisa dei capitoli, paragrafi e relativi numeri </w:t>
      </w:r>
      <w:r w:rsidRPr="006F68E9">
        <w:rPr>
          <w:rFonts w:ascii="Arial" w:hAnsi="Arial" w:cs="Arial"/>
          <w:lang w:val="it-IT"/>
        </w:rPr>
        <w:t>di pagina.</w:t>
      </w:r>
      <w:r w:rsidRPr="006F68E9">
        <w:rPr>
          <w:rFonts w:ascii="Arial" w:hAnsi="Arial" w:cs="Arial"/>
          <w:lang w:val="it-IT"/>
        </w:rPr>
        <w:br/>
        <w:t xml:space="preserve">3. Introduzione: Presentazione dell'argomento, degli obiettivi della ricerca e della </w:t>
      </w:r>
      <w:r w:rsidRPr="006F68E9">
        <w:rPr>
          <w:rFonts w:ascii="Arial" w:hAnsi="Arial" w:cs="Arial"/>
          <w:lang w:val="it-IT"/>
        </w:rPr>
        <w:lastRenderedPageBreak/>
        <w:t>metodologia applicata (circa 1-2 pagine).</w:t>
      </w:r>
      <w:r w:rsidRPr="006F68E9">
        <w:rPr>
          <w:rFonts w:ascii="Arial" w:hAnsi="Arial" w:cs="Arial"/>
          <w:lang w:val="it-IT"/>
        </w:rPr>
        <w:br/>
        <w:t>4. Corpo del testo: Suddiviso in capitoli e paragrafi opportunamente numerati (es. Capitolo 1, Paragrafo 1.1).</w:t>
      </w:r>
      <w:r w:rsidRPr="006F68E9">
        <w:rPr>
          <w:rFonts w:ascii="Arial" w:hAnsi="Arial" w:cs="Arial"/>
          <w:lang w:val="it-IT"/>
        </w:rPr>
        <w:br/>
        <w:t>5. Conc</w:t>
      </w:r>
      <w:r w:rsidRPr="006F68E9">
        <w:rPr>
          <w:rFonts w:ascii="Arial" w:hAnsi="Arial" w:cs="Arial"/>
          <w:lang w:val="it-IT"/>
        </w:rPr>
        <w:t>lusioni: Sintesi critica dei risultati raggiunti e potenziali risvolti applicativi (circa 2 pagine).</w:t>
      </w:r>
      <w:r w:rsidRPr="006F68E9">
        <w:rPr>
          <w:rFonts w:ascii="Arial" w:hAnsi="Arial" w:cs="Arial"/>
          <w:lang w:val="it-IT"/>
        </w:rPr>
        <w:br/>
        <w:t xml:space="preserve">6. Bibliografia e </w:t>
      </w:r>
      <w:proofErr w:type="spellStart"/>
      <w:r w:rsidRPr="006F68E9">
        <w:rPr>
          <w:rFonts w:ascii="Arial" w:hAnsi="Arial" w:cs="Arial"/>
          <w:lang w:val="it-IT"/>
        </w:rPr>
        <w:t>Sitografia</w:t>
      </w:r>
      <w:proofErr w:type="spellEnd"/>
      <w:r w:rsidRPr="006F68E9">
        <w:rPr>
          <w:rFonts w:ascii="Arial" w:hAnsi="Arial" w:cs="Arial"/>
          <w:lang w:val="it-IT"/>
        </w:rPr>
        <w:t>: Elenco completo delle fonti consultate, ordinate alfabeticamente per cognome dell'autore.</w:t>
      </w:r>
    </w:p>
    <w:p w:rsidR="00B74FB6" w:rsidRPr="006F68E9" w:rsidRDefault="0084449D">
      <w:pPr>
        <w:spacing w:before="240" w:after="12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sz w:val="26"/>
          <w:lang w:val="it-IT"/>
        </w:rPr>
        <w:t xml:space="preserve">4. Modalità e Termini Tassativi di </w:t>
      </w:r>
      <w:r w:rsidRPr="006F68E9">
        <w:rPr>
          <w:rFonts w:ascii="Arial" w:hAnsi="Arial" w:cs="Arial"/>
          <w:b/>
          <w:sz w:val="26"/>
          <w:lang w:val="it-IT"/>
        </w:rPr>
        <w:t>Consegna</w:t>
      </w:r>
    </w:p>
    <w:p w:rsidR="00B74FB6" w:rsidRPr="006F68E9" w:rsidRDefault="0084449D">
      <w:pPr>
        <w:pStyle w:val="Puntoelenco"/>
        <w:spacing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lang w:val="it-IT"/>
        </w:rPr>
        <w:t xml:space="preserve">Scadenza di invio: </w:t>
      </w:r>
      <w:r w:rsidRPr="006F68E9">
        <w:rPr>
          <w:rFonts w:ascii="Arial" w:hAnsi="Arial" w:cs="Arial"/>
          <w:lang w:val="it-IT"/>
        </w:rPr>
        <w:t>Il file definitivo deve essere trasmesso alla segreteria didattica almeno 40 giorni prima della data fissata per la sessione d'esame. Il mancato rispetto di tale termine preclude l'ammissione alla sessione.</w:t>
      </w:r>
    </w:p>
    <w:p w:rsidR="00B74FB6" w:rsidRPr="006F68E9" w:rsidRDefault="0084449D">
      <w:pPr>
        <w:pStyle w:val="Puntoelenco"/>
        <w:spacing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lang w:val="it-IT"/>
        </w:rPr>
        <w:t xml:space="preserve">Formato del file: </w:t>
      </w:r>
      <w:r w:rsidRPr="006F68E9">
        <w:rPr>
          <w:rFonts w:ascii="Arial" w:hAnsi="Arial" w:cs="Arial"/>
          <w:lang w:val="it-IT"/>
        </w:rPr>
        <w:t>Esclusivamente in formato PDF non modificabile. Il file deve essere tassativamente nominato seguendo la struttura: Cognome_Nome_TesiMaster.pdf.</w:t>
      </w:r>
    </w:p>
    <w:p w:rsidR="00B74FB6" w:rsidRPr="006F68E9" w:rsidRDefault="0084449D">
      <w:pPr>
        <w:pStyle w:val="Puntoelenco"/>
        <w:spacing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lang w:val="it-IT"/>
        </w:rPr>
        <w:t xml:space="preserve">Erogazione Online: </w:t>
      </w:r>
      <w:r w:rsidRPr="006F68E9">
        <w:rPr>
          <w:rFonts w:ascii="Arial" w:hAnsi="Arial" w:cs="Arial"/>
          <w:lang w:val="it-IT"/>
        </w:rPr>
        <w:t xml:space="preserve">Essendo la sessione d'esame e la discussione orale erogate integralmente in modalità online, </w:t>
      </w:r>
      <w:r w:rsidRPr="006F68E9">
        <w:rPr>
          <w:rFonts w:ascii="Arial" w:hAnsi="Arial" w:cs="Arial"/>
          <w:lang w:val="it-IT"/>
        </w:rPr>
        <w:t>NON è richiesta alcuna copia cartacea dell'elaborato.</w:t>
      </w:r>
    </w:p>
    <w:p w:rsidR="00B74FB6" w:rsidRPr="006F68E9" w:rsidRDefault="0084449D">
      <w:pPr>
        <w:spacing w:before="240" w:after="12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sz w:val="26"/>
          <w:lang w:val="it-IT"/>
        </w:rPr>
        <w:t>5. Requisiti di Ammissione ed Esame Finale</w:t>
      </w:r>
    </w:p>
    <w:p w:rsidR="00B74FB6" w:rsidRPr="006F68E9" w:rsidRDefault="0084449D">
      <w:pPr>
        <w:spacing w:after="12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Per essere ammessi alla discussione della tesi, gli studenti devono essere in regola con la frequenza minima delle lezioni (</w:t>
      </w:r>
      <w:r w:rsidRPr="006F68E9">
        <w:rPr>
          <w:rFonts w:ascii="Arial" w:hAnsi="Arial" w:cs="Arial"/>
          <w:i/>
          <w:lang w:val="it-IT"/>
        </w:rPr>
        <w:t>pari ad almeno l'80% delle ore tota</w:t>
      </w:r>
      <w:r w:rsidRPr="006F68E9">
        <w:rPr>
          <w:rFonts w:ascii="Arial" w:hAnsi="Arial" w:cs="Arial"/>
          <w:i/>
          <w:lang w:val="it-IT"/>
        </w:rPr>
        <w:t>li</w:t>
      </w:r>
      <w:r w:rsidRPr="006F68E9">
        <w:rPr>
          <w:rFonts w:ascii="Arial" w:hAnsi="Arial" w:cs="Arial"/>
          <w:lang w:val="it-IT"/>
        </w:rPr>
        <w:t>), aver superato tutte le verifiche intermedie e risultare in regola con la posizione amministrativa e finanziaria.</w:t>
      </w:r>
    </w:p>
    <w:p w:rsidR="00B74FB6" w:rsidRPr="006F68E9" w:rsidRDefault="0084449D">
      <w:pPr>
        <w:spacing w:after="24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La Commissione d'esame esprimerà la valutazione finale combinando il percorso di studi e la prova finale, con un punteggio specifico riser</w:t>
      </w:r>
      <w:r w:rsidRPr="006F68E9">
        <w:rPr>
          <w:rFonts w:ascii="Arial" w:hAnsi="Arial" w:cs="Arial"/>
          <w:lang w:val="it-IT"/>
        </w:rPr>
        <w:t>vato alla tesi (fino a un massimo di 10 punti), ripartito tra rigore metodologico, accuratezza della stesura scritta e qualità della presentazione orale durante la dissertazione online.</w:t>
      </w:r>
    </w:p>
    <w:p w:rsidR="00B74FB6" w:rsidRPr="006F68E9" w:rsidRDefault="0084449D">
      <w:pPr>
        <w:spacing w:before="240" w:after="12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sz w:val="26"/>
          <w:lang w:val="it-IT"/>
        </w:rPr>
        <w:t>6. Standard Internazionale per le Citazioni e la Bibliografia</w:t>
      </w:r>
    </w:p>
    <w:p w:rsidR="00B74FB6" w:rsidRPr="006F68E9" w:rsidRDefault="0084449D">
      <w:pPr>
        <w:spacing w:after="12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Al fin</w:t>
      </w:r>
      <w:r w:rsidRPr="006F68E9">
        <w:rPr>
          <w:rFonts w:ascii="Arial" w:hAnsi="Arial" w:cs="Arial"/>
          <w:lang w:val="it-IT"/>
        </w:rPr>
        <w:t xml:space="preserve">e di garantire il rigore scientifico e prevenire fenomeni di plagio, tutti i candidati sono tenuti a utilizzare rigorosamente lo standard internazionale APA (American </w:t>
      </w:r>
      <w:proofErr w:type="spellStart"/>
      <w:r w:rsidRPr="006F68E9">
        <w:rPr>
          <w:rFonts w:ascii="Arial" w:hAnsi="Arial" w:cs="Arial"/>
          <w:lang w:val="it-IT"/>
        </w:rPr>
        <w:t>Psychological</w:t>
      </w:r>
      <w:proofErr w:type="spellEnd"/>
      <w:r w:rsidRPr="006F68E9">
        <w:rPr>
          <w:rFonts w:ascii="Arial" w:hAnsi="Arial" w:cs="Arial"/>
          <w:lang w:val="it-IT"/>
        </w:rPr>
        <w:t xml:space="preserve"> </w:t>
      </w:r>
      <w:proofErr w:type="spellStart"/>
      <w:r w:rsidRPr="006F68E9">
        <w:rPr>
          <w:rFonts w:ascii="Arial" w:hAnsi="Arial" w:cs="Arial"/>
          <w:lang w:val="it-IT"/>
        </w:rPr>
        <w:t>Association</w:t>
      </w:r>
      <w:proofErr w:type="spellEnd"/>
      <w:r w:rsidRPr="006F68E9">
        <w:rPr>
          <w:rFonts w:ascii="Arial" w:hAnsi="Arial" w:cs="Arial"/>
          <w:lang w:val="it-IT"/>
        </w:rPr>
        <w:t>) per ogni richiamo nel testo e per la bibliografia finale.</w:t>
      </w:r>
    </w:p>
    <w:p w:rsidR="00B74FB6" w:rsidRPr="006F68E9" w:rsidRDefault="0084449D">
      <w:pPr>
        <w:spacing w:before="120" w:after="12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sz w:val="22"/>
          <w:lang w:val="it-IT"/>
        </w:rPr>
        <w:t>A. C</w:t>
      </w:r>
      <w:r w:rsidRPr="006F68E9">
        <w:rPr>
          <w:rFonts w:ascii="Arial" w:hAnsi="Arial" w:cs="Arial"/>
          <w:b/>
          <w:sz w:val="22"/>
          <w:lang w:val="it-IT"/>
        </w:rPr>
        <w:t>itazioni all'interno del testo (Sistema Autore-Data)</w:t>
      </w:r>
    </w:p>
    <w:p w:rsidR="00B74FB6" w:rsidRPr="006F68E9" w:rsidRDefault="0084449D">
      <w:pPr>
        <w:spacing w:after="120"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u w:val="single"/>
          <w:lang w:val="it-IT"/>
        </w:rPr>
        <w:lastRenderedPageBreak/>
        <w:t>Le fonti vanno richiamate sinteticamente tra parentesi tonde indicando il cognome dell'autore e l'anno di pubblicazione</w:t>
      </w:r>
      <w:r w:rsidRPr="006F68E9">
        <w:rPr>
          <w:rFonts w:ascii="Arial" w:hAnsi="Arial" w:cs="Arial"/>
          <w:lang w:val="it-IT"/>
        </w:rPr>
        <w:t>:</w:t>
      </w:r>
      <w:r w:rsidRPr="006F68E9">
        <w:rPr>
          <w:rFonts w:ascii="Arial" w:hAnsi="Arial" w:cs="Arial"/>
          <w:lang w:val="it-IT"/>
        </w:rPr>
        <w:br/>
      </w:r>
      <w:r w:rsidRPr="006F68E9">
        <w:rPr>
          <w:rFonts w:ascii="Arial" w:hAnsi="Arial" w:cs="Arial"/>
          <w:sz w:val="20"/>
          <w:lang w:val="it-IT"/>
        </w:rPr>
        <w:t>• Un solo autore: (Rossi, 2023) oppure: "Secondo gli studi di Rossi (2023)..."</w:t>
      </w:r>
      <w:r w:rsidRPr="006F68E9">
        <w:rPr>
          <w:rFonts w:ascii="Arial" w:hAnsi="Arial" w:cs="Arial"/>
          <w:sz w:val="20"/>
          <w:lang w:val="it-IT"/>
        </w:rPr>
        <w:br/>
        <w:t>• D</w:t>
      </w:r>
      <w:r w:rsidRPr="006F68E9">
        <w:rPr>
          <w:rFonts w:ascii="Arial" w:hAnsi="Arial" w:cs="Arial"/>
          <w:sz w:val="20"/>
          <w:lang w:val="it-IT"/>
        </w:rPr>
        <w:t>ue autori: (Rossi &amp; Bianchi, 2022)</w:t>
      </w:r>
      <w:r w:rsidRPr="006F68E9">
        <w:rPr>
          <w:rFonts w:ascii="Arial" w:hAnsi="Arial" w:cs="Arial"/>
          <w:sz w:val="20"/>
          <w:lang w:val="it-IT"/>
        </w:rPr>
        <w:br/>
        <w:t xml:space="preserve">• Tre o più autori: Si utilizza la dicitura abbreviata: (Rossi </w:t>
      </w:r>
      <w:proofErr w:type="spellStart"/>
      <w:r w:rsidRPr="006F68E9">
        <w:rPr>
          <w:rFonts w:ascii="Arial" w:hAnsi="Arial" w:cs="Arial"/>
          <w:sz w:val="20"/>
          <w:lang w:val="it-IT"/>
        </w:rPr>
        <w:t>et</w:t>
      </w:r>
      <w:proofErr w:type="spellEnd"/>
      <w:r w:rsidRPr="006F68E9">
        <w:rPr>
          <w:rFonts w:ascii="Arial" w:hAnsi="Arial" w:cs="Arial"/>
          <w:sz w:val="20"/>
          <w:lang w:val="it-IT"/>
        </w:rPr>
        <w:t xml:space="preserve"> al., 2021)</w:t>
      </w:r>
      <w:r w:rsidRPr="006F68E9">
        <w:rPr>
          <w:rFonts w:ascii="Arial" w:hAnsi="Arial" w:cs="Arial"/>
          <w:sz w:val="20"/>
          <w:lang w:val="it-IT"/>
        </w:rPr>
        <w:br/>
        <w:t>• Citazione letterale (testuale): Vanno aggiunte le virgolette e la pagina: (Rossi, 2023, p. 45)</w:t>
      </w:r>
    </w:p>
    <w:p w:rsidR="00B74FB6" w:rsidRPr="006F68E9" w:rsidRDefault="0084449D">
      <w:pPr>
        <w:spacing w:before="120" w:after="12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sz w:val="22"/>
          <w:lang w:val="it-IT"/>
        </w:rPr>
        <w:t>B. Redazione della Bibliografia Finale</w:t>
      </w:r>
    </w:p>
    <w:p w:rsidR="006F68E9" w:rsidRDefault="0084449D">
      <w:pPr>
        <w:spacing w:after="120"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Tutte le</w:t>
      </w:r>
      <w:r w:rsidRPr="006F68E9">
        <w:rPr>
          <w:rFonts w:ascii="Arial" w:hAnsi="Arial" w:cs="Arial"/>
          <w:lang w:val="it-IT"/>
        </w:rPr>
        <w:t xml:space="preserve"> fonti citate devono confluire nell'elenco finale, ordinato alfabeticamente in base al cognome del primo autore. </w:t>
      </w:r>
    </w:p>
    <w:p w:rsidR="00B74FB6" w:rsidRPr="006F68E9" w:rsidRDefault="0084449D">
      <w:pPr>
        <w:spacing w:after="120"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u w:val="single"/>
          <w:lang w:val="it-IT"/>
        </w:rPr>
        <w:t>Esempi di formattazione</w:t>
      </w:r>
      <w:r w:rsidRPr="006F68E9">
        <w:rPr>
          <w:rFonts w:ascii="Arial" w:hAnsi="Arial" w:cs="Arial"/>
          <w:lang w:val="it-IT"/>
        </w:rPr>
        <w:t>:</w:t>
      </w:r>
      <w:r w:rsidRPr="006F68E9">
        <w:rPr>
          <w:rFonts w:ascii="Arial" w:hAnsi="Arial" w:cs="Arial"/>
          <w:lang w:val="it-IT"/>
        </w:rPr>
        <w:br/>
      </w:r>
      <w:r w:rsidRPr="006F68E9">
        <w:rPr>
          <w:rFonts w:ascii="Arial" w:hAnsi="Arial" w:cs="Arial"/>
          <w:sz w:val="20"/>
          <w:lang w:val="it-IT"/>
        </w:rPr>
        <w:t>• Libri: Capra, F. (2014). Il punto di svolta. Feltrinelli.</w:t>
      </w:r>
      <w:r w:rsidRPr="006F68E9">
        <w:rPr>
          <w:rFonts w:ascii="Arial" w:hAnsi="Arial" w:cs="Arial"/>
          <w:sz w:val="20"/>
          <w:lang w:val="it-IT"/>
        </w:rPr>
        <w:br/>
        <w:t>• Articoli Scientifici: Smith, J. (2020). Principi di fisi</w:t>
      </w:r>
      <w:r w:rsidRPr="006F68E9">
        <w:rPr>
          <w:rFonts w:ascii="Arial" w:hAnsi="Arial" w:cs="Arial"/>
          <w:sz w:val="20"/>
          <w:lang w:val="it-IT"/>
        </w:rPr>
        <w:t xml:space="preserve">ca quantistica applicata. Rivista di </w:t>
      </w:r>
      <w:proofErr w:type="spellStart"/>
      <w:r w:rsidRPr="006F68E9">
        <w:rPr>
          <w:rFonts w:ascii="Arial" w:hAnsi="Arial" w:cs="Arial"/>
          <w:sz w:val="20"/>
          <w:lang w:val="it-IT"/>
        </w:rPr>
        <w:t>Bioquantica</w:t>
      </w:r>
      <w:proofErr w:type="spellEnd"/>
      <w:r w:rsidRPr="006F68E9">
        <w:rPr>
          <w:rFonts w:ascii="Arial" w:hAnsi="Arial" w:cs="Arial"/>
          <w:sz w:val="20"/>
          <w:lang w:val="it-IT"/>
        </w:rPr>
        <w:t>, 12(3), 145-160.</w:t>
      </w:r>
      <w:r w:rsidRPr="006F68E9">
        <w:rPr>
          <w:rFonts w:ascii="Arial" w:hAnsi="Arial" w:cs="Arial"/>
          <w:sz w:val="20"/>
          <w:lang w:val="it-IT"/>
        </w:rPr>
        <w:br/>
        <w:t xml:space="preserve">• Siti Web / Fonti Digitali: Istituto di </w:t>
      </w:r>
      <w:proofErr w:type="spellStart"/>
      <w:r w:rsidRPr="006F68E9">
        <w:rPr>
          <w:rFonts w:ascii="Arial" w:hAnsi="Arial" w:cs="Arial"/>
          <w:sz w:val="20"/>
          <w:lang w:val="it-IT"/>
        </w:rPr>
        <w:t>Bioquantica</w:t>
      </w:r>
      <w:proofErr w:type="spellEnd"/>
      <w:r w:rsidRPr="006F68E9">
        <w:rPr>
          <w:rFonts w:ascii="Arial" w:hAnsi="Arial" w:cs="Arial"/>
          <w:sz w:val="20"/>
          <w:lang w:val="it-IT"/>
        </w:rPr>
        <w:t xml:space="preserve"> Applicata. (2025). Linee guida sulla ricerca bioenergetica. https://www.istitutobioquantica...</w:t>
      </w:r>
    </w:p>
    <w:p w:rsidR="00B74FB6" w:rsidRPr="006F68E9" w:rsidRDefault="0084449D">
      <w:pPr>
        <w:spacing w:before="360" w:after="12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sz w:val="26"/>
          <w:lang w:val="it-IT"/>
        </w:rPr>
        <w:t>7. Conseguimento del Titolo e Rilascio del</w:t>
      </w:r>
      <w:r w:rsidRPr="006F68E9">
        <w:rPr>
          <w:rFonts w:ascii="Arial" w:hAnsi="Arial" w:cs="Arial"/>
          <w:b/>
          <w:sz w:val="26"/>
          <w:lang w:val="it-IT"/>
        </w:rPr>
        <w:t>l'Attestato Finale</w:t>
      </w:r>
    </w:p>
    <w:p w:rsidR="00B74FB6" w:rsidRPr="006F68E9" w:rsidRDefault="0084449D">
      <w:pPr>
        <w:spacing w:after="12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A seguito del superamento della prova finale e della dissertazione dell'elaborato scritto, al candidato verrà rilasciato l'Attestato di Partecipazione e Superamento del Master di II Livello.</w:t>
      </w:r>
    </w:p>
    <w:p w:rsidR="00B74FB6" w:rsidRPr="006F68E9" w:rsidRDefault="0084449D">
      <w:pPr>
        <w:spacing w:after="12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 xml:space="preserve">In conformità con il quadro normativo vigente </w:t>
      </w:r>
      <w:r w:rsidRPr="006F68E9">
        <w:rPr>
          <w:rFonts w:ascii="Arial" w:hAnsi="Arial" w:cs="Arial"/>
          <w:lang w:val="it-IT"/>
        </w:rPr>
        <w:t>e le direttive internazionali sullo sviluppo delle competenze, il titolo rilasciato si caratterizza per i seguenti elementi di valore legale e professionale:</w:t>
      </w:r>
    </w:p>
    <w:p w:rsidR="00B74FB6" w:rsidRPr="006F68E9" w:rsidRDefault="0084449D">
      <w:pPr>
        <w:pStyle w:val="Puntoelenco"/>
        <w:spacing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lang w:val="it-IT"/>
        </w:rPr>
        <w:t xml:space="preserve">Riconoscimento delle Competenze (D.P.R. 13 Gennaio 2013): </w:t>
      </w:r>
      <w:r w:rsidRPr="006F68E9">
        <w:rPr>
          <w:rFonts w:ascii="Arial" w:hAnsi="Arial" w:cs="Arial"/>
          <w:lang w:val="it-IT"/>
        </w:rPr>
        <w:t>L'attestato è rilasciato ai sensi del D.</w:t>
      </w:r>
      <w:r w:rsidRPr="006F68E9">
        <w:rPr>
          <w:rFonts w:ascii="Arial" w:hAnsi="Arial" w:cs="Arial"/>
          <w:lang w:val="it-IT"/>
        </w:rPr>
        <w:t>P.R. 13 gennaio 2013, n. 13, quale titolo valido per l'individuazione, validazione e riconoscimento delle conoscenze, abilità e competenze acquisite in contesti di apprendimento non formale e informale.</w:t>
      </w:r>
    </w:p>
    <w:p w:rsidR="00B74FB6" w:rsidRPr="006F68E9" w:rsidRDefault="0084449D">
      <w:pPr>
        <w:pStyle w:val="Puntoelenco"/>
        <w:spacing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lang w:val="it-IT"/>
        </w:rPr>
        <w:t>Validità Internazionale (</w:t>
      </w:r>
      <w:proofErr w:type="spellStart"/>
      <w:r w:rsidRPr="006F68E9">
        <w:rPr>
          <w:rFonts w:ascii="Arial" w:hAnsi="Arial" w:cs="Arial"/>
          <w:b/>
          <w:lang w:val="it-IT"/>
        </w:rPr>
        <w:t>Pact</w:t>
      </w:r>
      <w:proofErr w:type="spellEnd"/>
      <w:r w:rsidRPr="006F68E9">
        <w:rPr>
          <w:rFonts w:ascii="Arial" w:hAnsi="Arial" w:cs="Arial"/>
          <w:b/>
          <w:lang w:val="it-IT"/>
        </w:rPr>
        <w:t xml:space="preserve"> </w:t>
      </w:r>
      <w:proofErr w:type="spellStart"/>
      <w:r w:rsidRPr="006F68E9">
        <w:rPr>
          <w:rFonts w:ascii="Arial" w:hAnsi="Arial" w:cs="Arial"/>
          <w:b/>
          <w:lang w:val="it-IT"/>
        </w:rPr>
        <w:t>for</w:t>
      </w:r>
      <w:proofErr w:type="spellEnd"/>
      <w:r w:rsidRPr="006F68E9">
        <w:rPr>
          <w:rFonts w:ascii="Arial" w:hAnsi="Arial" w:cs="Arial"/>
          <w:b/>
          <w:lang w:val="it-IT"/>
        </w:rPr>
        <w:t xml:space="preserve"> </w:t>
      </w:r>
      <w:proofErr w:type="spellStart"/>
      <w:r w:rsidRPr="006F68E9">
        <w:rPr>
          <w:rFonts w:ascii="Arial" w:hAnsi="Arial" w:cs="Arial"/>
          <w:b/>
          <w:lang w:val="it-IT"/>
        </w:rPr>
        <w:t>Skills</w:t>
      </w:r>
      <w:proofErr w:type="spellEnd"/>
      <w:r w:rsidRPr="006F68E9">
        <w:rPr>
          <w:rFonts w:ascii="Arial" w:hAnsi="Arial" w:cs="Arial"/>
          <w:b/>
          <w:lang w:val="it-IT"/>
        </w:rPr>
        <w:t xml:space="preserve">): </w:t>
      </w:r>
      <w:r w:rsidRPr="006F68E9">
        <w:rPr>
          <w:rFonts w:ascii="Arial" w:hAnsi="Arial" w:cs="Arial"/>
          <w:lang w:val="it-IT"/>
        </w:rPr>
        <w:t>In virtù d</w:t>
      </w:r>
      <w:r w:rsidRPr="006F68E9">
        <w:rPr>
          <w:rFonts w:ascii="Arial" w:hAnsi="Arial" w:cs="Arial"/>
          <w:lang w:val="it-IT"/>
        </w:rPr>
        <w:t xml:space="preserve">ell'adesione del Master al </w:t>
      </w:r>
      <w:proofErr w:type="spellStart"/>
      <w:r w:rsidRPr="006F68E9">
        <w:rPr>
          <w:rFonts w:ascii="Arial" w:hAnsi="Arial" w:cs="Arial"/>
          <w:lang w:val="it-IT"/>
        </w:rPr>
        <w:t>Pact</w:t>
      </w:r>
      <w:proofErr w:type="spellEnd"/>
      <w:r w:rsidRPr="006F68E9">
        <w:rPr>
          <w:rFonts w:ascii="Arial" w:hAnsi="Arial" w:cs="Arial"/>
          <w:lang w:val="it-IT"/>
        </w:rPr>
        <w:t xml:space="preserve"> </w:t>
      </w:r>
      <w:proofErr w:type="spellStart"/>
      <w:r w:rsidRPr="006F68E9">
        <w:rPr>
          <w:rFonts w:ascii="Arial" w:hAnsi="Arial" w:cs="Arial"/>
          <w:lang w:val="it-IT"/>
        </w:rPr>
        <w:t>for</w:t>
      </w:r>
      <w:proofErr w:type="spellEnd"/>
      <w:r w:rsidRPr="006F68E9">
        <w:rPr>
          <w:rFonts w:ascii="Arial" w:hAnsi="Arial" w:cs="Arial"/>
          <w:lang w:val="it-IT"/>
        </w:rPr>
        <w:t xml:space="preserve"> </w:t>
      </w:r>
      <w:proofErr w:type="spellStart"/>
      <w:r w:rsidRPr="006F68E9">
        <w:rPr>
          <w:rFonts w:ascii="Arial" w:hAnsi="Arial" w:cs="Arial"/>
          <w:lang w:val="it-IT"/>
        </w:rPr>
        <w:t>Skills</w:t>
      </w:r>
      <w:proofErr w:type="spellEnd"/>
      <w:r w:rsidRPr="006F68E9">
        <w:rPr>
          <w:rFonts w:ascii="Arial" w:hAnsi="Arial" w:cs="Arial"/>
          <w:lang w:val="it-IT"/>
        </w:rPr>
        <w:t>, iniziativa leader della Commissione Europea per l'aggiornamento e la riqualificazione delle competenze, l'attestato gode di un mutuo riconoscimento formale ed è riconosciuto in 26 Paesi membri dell'Unione Europea</w:t>
      </w:r>
      <w:r w:rsidRPr="006F68E9">
        <w:rPr>
          <w:rFonts w:ascii="Arial" w:hAnsi="Arial" w:cs="Arial"/>
          <w:lang w:val="it-IT"/>
        </w:rPr>
        <w:t>.</w:t>
      </w:r>
    </w:p>
    <w:p w:rsidR="00B74FB6" w:rsidRPr="006F68E9" w:rsidRDefault="0084449D">
      <w:pPr>
        <w:pStyle w:val="Puntoelenco"/>
        <w:spacing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lang w:val="it-IT"/>
        </w:rPr>
        <w:t xml:space="preserve">Elementi Grafici di Certificazione: </w:t>
      </w:r>
      <w:r w:rsidRPr="006F68E9">
        <w:rPr>
          <w:rFonts w:ascii="Arial" w:hAnsi="Arial" w:cs="Arial"/>
          <w:lang w:val="it-IT"/>
        </w:rPr>
        <w:t xml:space="preserve">A testimonianza del prestigio internazionale del percorso e della sua piena conformità agli standard comunitari, sull'attestato finale sarà apposto il logo ufficiale della Comunità Europea, unitamente ai </w:t>
      </w:r>
      <w:proofErr w:type="spellStart"/>
      <w:r w:rsidRPr="006F68E9">
        <w:rPr>
          <w:rFonts w:ascii="Arial" w:hAnsi="Arial" w:cs="Arial"/>
          <w:lang w:val="it-IT"/>
        </w:rPr>
        <w:t>loghi</w:t>
      </w:r>
      <w:proofErr w:type="spellEnd"/>
      <w:r w:rsidRPr="006F68E9">
        <w:rPr>
          <w:rFonts w:ascii="Arial" w:hAnsi="Arial" w:cs="Arial"/>
          <w:lang w:val="it-IT"/>
        </w:rPr>
        <w:t xml:space="preserve"> dell'Ist</w:t>
      </w:r>
      <w:r w:rsidRPr="006F68E9">
        <w:rPr>
          <w:rFonts w:ascii="Arial" w:hAnsi="Arial" w:cs="Arial"/>
          <w:lang w:val="it-IT"/>
        </w:rPr>
        <w:t>ituto di BioQuantica Applicata.</w:t>
      </w:r>
    </w:p>
    <w:p w:rsidR="00B74FB6" w:rsidRPr="006F68E9" w:rsidRDefault="0084449D">
      <w:pPr>
        <w:spacing w:after="480" w:line="360" w:lineRule="auto"/>
        <w:jc w:val="center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sz w:val="28"/>
          <w:u w:val="single"/>
          <w:lang w:val="it-IT"/>
        </w:rPr>
        <w:lastRenderedPageBreak/>
        <w:t xml:space="preserve">DICHIARAZIONE </w:t>
      </w:r>
      <w:proofErr w:type="spellStart"/>
      <w:r w:rsidRPr="006F68E9">
        <w:rPr>
          <w:rFonts w:ascii="Arial" w:hAnsi="Arial" w:cs="Arial"/>
          <w:b/>
          <w:sz w:val="28"/>
          <w:u w:val="single"/>
          <w:lang w:val="it-IT"/>
        </w:rPr>
        <w:t>DI</w:t>
      </w:r>
      <w:proofErr w:type="spellEnd"/>
      <w:r w:rsidRPr="006F68E9">
        <w:rPr>
          <w:rFonts w:ascii="Arial" w:hAnsi="Arial" w:cs="Arial"/>
          <w:b/>
          <w:sz w:val="28"/>
          <w:u w:val="single"/>
          <w:lang w:val="it-IT"/>
        </w:rPr>
        <w:t xml:space="preserve"> AUTENTICITÀ DELL'ELABORATO FINALE</w:t>
      </w:r>
      <w:r w:rsidRPr="006F68E9">
        <w:rPr>
          <w:rFonts w:ascii="Arial" w:hAnsi="Arial" w:cs="Arial"/>
          <w:b/>
          <w:sz w:val="28"/>
          <w:lang w:val="it-IT"/>
        </w:rPr>
        <w:br/>
        <w:t>(Modulo Antiplagio)</w:t>
      </w:r>
    </w:p>
    <w:p w:rsidR="00B74FB6" w:rsidRPr="006F68E9" w:rsidRDefault="0084449D">
      <w:pPr>
        <w:spacing w:after="24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Il/La sottoscritto/a: ________________________________________________</w:t>
      </w:r>
      <w:r w:rsidR="006F68E9">
        <w:rPr>
          <w:rFonts w:ascii="Arial" w:hAnsi="Arial" w:cs="Arial"/>
          <w:lang w:val="it-IT"/>
        </w:rPr>
        <w:t>_______</w:t>
      </w:r>
    </w:p>
    <w:p w:rsidR="00B74FB6" w:rsidRPr="006F68E9" w:rsidRDefault="0084449D">
      <w:pPr>
        <w:spacing w:after="24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Nato/a a: ______________________________________</w:t>
      </w:r>
      <w:r w:rsidR="006F68E9">
        <w:rPr>
          <w:rFonts w:ascii="Arial" w:hAnsi="Arial" w:cs="Arial"/>
          <w:lang w:val="it-IT"/>
        </w:rPr>
        <w:t>_____________________</w:t>
      </w:r>
      <w:r w:rsidRPr="006F68E9">
        <w:rPr>
          <w:rFonts w:ascii="Arial" w:hAnsi="Arial" w:cs="Arial"/>
          <w:lang w:val="it-IT"/>
        </w:rPr>
        <w:t>___ il: ____</w:t>
      </w:r>
      <w:r w:rsidR="006F68E9">
        <w:rPr>
          <w:rFonts w:ascii="Arial" w:hAnsi="Arial" w:cs="Arial"/>
          <w:lang w:val="it-IT"/>
        </w:rPr>
        <w:t xml:space="preserve">________________ Matricola </w:t>
      </w:r>
      <w:proofErr w:type="spellStart"/>
      <w:r w:rsidR="006F68E9">
        <w:rPr>
          <w:rFonts w:ascii="Arial" w:hAnsi="Arial" w:cs="Arial"/>
          <w:lang w:val="it-IT"/>
        </w:rPr>
        <w:t>n°</w:t>
      </w:r>
      <w:proofErr w:type="spellEnd"/>
      <w:r w:rsidR="006F68E9">
        <w:rPr>
          <w:rFonts w:ascii="Arial" w:hAnsi="Arial" w:cs="Arial"/>
          <w:lang w:val="it-IT"/>
        </w:rPr>
        <w:t>: ________</w:t>
      </w:r>
      <w:r w:rsidRPr="006F68E9">
        <w:rPr>
          <w:rFonts w:ascii="Arial" w:hAnsi="Arial" w:cs="Arial"/>
          <w:lang w:val="it-IT"/>
        </w:rPr>
        <w:t>__ Iscritto/a al Master di II Livello in:</w:t>
      </w:r>
    </w:p>
    <w:p w:rsidR="00B74FB6" w:rsidRPr="006F68E9" w:rsidRDefault="0084449D">
      <w:pPr>
        <w:spacing w:after="360" w:line="360" w:lineRule="auto"/>
        <w:jc w:val="center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lang w:val="it-IT"/>
        </w:rPr>
        <w:t>SCIENZE QUANTISTICHE E DELLA SALUTE</w:t>
      </w:r>
    </w:p>
    <w:p w:rsidR="0084449D" w:rsidRDefault="0084449D" w:rsidP="0084449D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Titolo dell'elaborato finale:</w:t>
      </w:r>
    </w:p>
    <w:p w:rsidR="0084449D" w:rsidRDefault="0084449D" w:rsidP="0084449D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84449D">
        <w:rPr>
          <w:rFonts w:ascii="Arial" w:hAnsi="Arial" w:cs="Arial"/>
          <w:sz w:val="2"/>
          <w:lang w:val="it-IT"/>
        </w:rPr>
        <w:t xml:space="preserve"> </w:t>
      </w:r>
      <w:r w:rsidRPr="006F68E9">
        <w:rPr>
          <w:rFonts w:ascii="Arial" w:hAnsi="Arial" w:cs="Arial"/>
          <w:lang w:val="it-IT"/>
        </w:rPr>
        <w:t>_____________________________________________________________</w:t>
      </w:r>
      <w:r w:rsidRPr="006F68E9">
        <w:rPr>
          <w:rFonts w:ascii="Arial" w:hAnsi="Arial" w:cs="Arial"/>
          <w:lang w:val="it-IT"/>
        </w:rPr>
        <w:t>_______________________</w:t>
      </w:r>
      <w:r w:rsidRPr="006F68E9">
        <w:rPr>
          <w:rFonts w:ascii="Arial" w:hAnsi="Arial" w:cs="Arial"/>
          <w:lang w:val="it-IT"/>
        </w:rPr>
        <w:t>_________________________________________________________________</w:t>
      </w:r>
      <w:r>
        <w:rPr>
          <w:rFonts w:ascii="Arial" w:hAnsi="Arial" w:cs="Arial"/>
          <w:lang w:val="it-IT"/>
        </w:rPr>
        <w:t>_________________________________________________________</w:t>
      </w:r>
    </w:p>
    <w:p w:rsidR="00B74FB6" w:rsidRPr="006F68E9" w:rsidRDefault="0084449D" w:rsidP="0084449D">
      <w:pPr>
        <w:spacing w:after="0" w:line="360" w:lineRule="auto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____</w:t>
      </w:r>
    </w:p>
    <w:p w:rsidR="00B74FB6" w:rsidRPr="006F68E9" w:rsidRDefault="0084449D">
      <w:pPr>
        <w:spacing w:after="240" w:line="360" w:lineRule="auto"/>
        <w:jc w:val="center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b/>
          <w:lang w:val="it-IT"/>
        </w:rPr>
        <w:t>DICHIARA SOTTO LA PROPRIA RESPONSABILITÀ</w:t>
      </w:r>
    </w:p>
    <w:p w:rsidR="00B74FB6" w:rsidRPr="006F68E9" w:rsidRDefault="0084449D">
      <w:pPr>
        <w:spacing w:after="240" w:line="360" w:lineRule="auto"/>
        <w:jc w:val="both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consapevole delle sanzioni penali previste dall'art. 76 del D.P.R. 28 dicembre 2000, n. 445 per le ipotesi di falsità in atti e dichiarazioni mendaci</w:t>
      </w:r>
      <w:r w:rsidRPr="006F68E9">
        <w:rPr>
          <w:rFonts w:ascii="Arial" w:hAnsi="Arial" w:cs="Arial"/>
          <w:lang w:val="it-IT"/>
        </w:rPr>
        <w:t>, nonché delle conseguenze disciplinari previste dai regolamenti dell'Istituto, comprese l'annullamento della prova finale e la revoca del titolo conseguito:</w:t>
      </w:r>
    </w:p>
    <w:p w:rsidR="00B74FB6" w:rsidRPr="006F68E9" w:rsidRDefault="0084449D">
      <w:pPr>
        <w:pStyle w:val="Puntoelenco"/>
        <w:spacing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 xml:space="preserve">Che il presente elaborato finale è il frutto esclusivo del proprio lavoro personale ed originale, </w:t>
      </w:r>
      <w:r w:rsidRPr="006F68E9">
        <w:rPr>
          <w:rFonts w:ascii="Arial" w:hAnsi="Arial" w:cs="Arial"/>
          <w:lang w:val="it-IT"/>
        </w:rPr>
        <w:t>svolto sotto la supervisione del Relatore assegnato.</w:t>
      </w:r>
    </w:p>
    <w:p w:rsidR="00B74FB6" w:rsidRPr="006F68E9" w:rsidRDefault="0084449D">
      <w:pPr>
        <w:pStyle w:val="Puntoelenco"/>
        <w:spacing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Che ogni parte del testo ripresa da opere, pubblicazioni, articoli o siti web di terzi è stata puntualmente ed esplicitamente indicata mediante citazione bibliografica nel testo, in conformità con lo sta</w:t>
      </w:r>
      <w:r w:rsidRPr="006F68E9">
        <w:rPr>
          <w:rFonts w:ascii="Arial" w:hAnsi="Arial" w:cs="Arial"/>
          <w:lang w:val="it-IT"/>
        </w:rPr>
        <w:t>ndard APA richiesto.</w:t>
      </w:r>
    </w:p>
    <w:p w:rsidR="00B74FB6" w:rsidRPr="006F68E9" w:rsidRDefault="0084449D">
      <w:pPr>
        <w:pStyle w:val="Puntoelenco"/>
        <w:spacing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Che l'elaborato non è stato precedentemente presentato, né in tutto né in parte, per il conseguimento di altri titoli accademici o professionali presso questo o altri istituti.</w:t>
      </w:r>
    </w:p>
    <w:p w:rsidR="00B74FB6" w:rsidRPr="006F68E9" w:rsidRDefault="0084449D">
      <w:pPr>
        <w:pStyle w:val="Puntoelenco"/>
        <w:spacing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Di autorizzare l'Istituto di BioQuantica Applicata a sotto</w:t>
      </w:r>
      <w:r w:rsidRPr="006F68E9">
        <w:rPr>
          <w:rFonts w:ascii="Arial" w:hAnsi="Arial" w:cs="Arial"/>
          <w:lang w:val="it-IT"/>
        </w:rPr>
        <w:t>porre l'elaborato a controlli informatici e software antiplagio per la verifica dell'originalità del testo.</w:t>
      </w:r>
    </w:p>
    <w:p w:rsidR="00B74FB6" w:rsidRPr="006F68E9" w:rsidRDefault="0084449D">
      <w:pPr>
        <w:spacing w:line="360" w:lineRule="auto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Luogo e Data: _________________________</w:t>
      </w:r>
    </w:p>
    <w:p w:rsidR="0084449D" w:rsidRDefault="0084449D">
      <w:pPr>
        <w:spacing w:before="240" w:line="360" w:lineRule="auto"/>
        <w:jc w:val="right"/>
        <w:rPr>
          <w:rFonts w:ascii="Arial" w:hAnsi="Arial" w:cs="Arial"/>
          <w:lang w:val="it-IT"/>
        </w:rPr>
      </w:pPr>
    </w:p>
    <w:p w:rsidR="00B74FB6" w:rsidRPr="006F68E9" w:rsidRDefault="0084449D">
      <w:pPr>
        <w:spacing w:before="240" w:line="360" w:lineRule="auto"/>
        <w:jc w:val="right"/>
        <w:rPr>
          <w:rFonts w:ascii="Arial" w:hAnsi="Arial" w:cs="Arial"/>
          <w:lang w:val="it-IT"/>
        </w:rPr>
      </w:pPr>
      <w:r w:rsidRPr="006F68E9">
        <w:rPr>
          <w:rFonts w:ascii="Arial" w:hAnsi="Arial" w:cs="Arial"/>
          <w:lang w:val="it-IT"/>
        </w:rPr>
        <w:t>Firma leggibile del Candidato: _________________________</w:t>
      </w:r>
    </w:p>
    <w:sectPr w:rsidR="00B74FB6" w:rsidRPr="006F68E9" w:rsidSect="006F68E9">
      <w:pgSz w:w="12240" w:h="15840"/>
      <w:pgMar w:top="567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6F68E9"/>
    <w:rsid w:val="0084449D"/>
    <w:rsid w:val="00AA1D8D"/>
    <w:rsid w:val="00B47730"/>
    <w:rsid w:val="00B74FB6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rPr>
      <w:rFonts w:ascii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7B37F9-76B2-4650-BEF5-43F0931AA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1259</Words>
  <Characters>7180</Characters>
  <Application>Microsoft Office Word</Application>
  <DocSecurity>0</DocSecurity>
  <Lines>59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8423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Valerio</cp:lastModifiedBy>
  <cp:revision>2</cp:revision>
  <dcterms:created xsi:type="dcterms:W3CDTF">2013-12-23T23:15:00Z</dcterms:created>
  <dcterms:modified xsi:type="dcterms:W3CDTF">2026-10-04T16:47:00Z</dcterms:modified>
  <cp:category/>
</cp:coreProperties>
</file>